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Opinion Paragraph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the finished paragraph from the Opinion Paragraph Builder. Grade 5 focuses on topic sentence and details; Grade 6 also on unity, coherence, and transitions. Tied to the BC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Introduction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No clear opening or opinion.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Has a topic sentence; hook is weak or missing.</w:t>
            </w:r>
          </w:p>
        </w:tc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 topic sentence states the opinion; a hook draws the reader in.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Opening is engaging and the opinion is stated with confidence and style.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Body: reasons and details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Few or unclear reasons; little support.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One or two reasons; some details.</w:t>
            </w:r>
          </w:p>
        </w:tc>
        <w:tc>
          <w:tcPr>
            <w:tcW w:type="dxa" w:w="244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Two to three reasons, each with a supporting detail.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Strong, well-chosen reasons with convincing, specific details.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Conclusion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No real ending.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Restates the opinion but stops flatly.</w:t>
            </w:r>
          </w:p>
        </w:tc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Restates the opinion and adds a clincher.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Memorable ending that leaves the reader with something to hold.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Organization, unity, transitions (Gr 6)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Ideas are out of order or off topic.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order; few transitions; may drift off topic.</w:t>
            </w:r>
          </w:p>
        </w:tc>
        <w:tc>
          <w:tcPr>
            <w:tcW w:type="dxa" w:w="244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 order; uses transitions; stays on topic (unity).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Smoothly linked ideas; strong coherence throughout.</w:t>
            </w:r>
          </w:p>
        </w:tc>
      </w:tr>
      <w:tr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Conventions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Many errors make it hard to read.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errors in capitals, punctuation, or spelling.</w:t>
            </w:r>
          </w:p>
        </w:tc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Mostly correct capitals, end marks, and spelling; Gr 6 fixes run-ons and fragments.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Polished; conventions support clear, easy reading.</w:t>
            </w:r>
          </w:p>
        </w:tc>
      </w:tr>
      <w:tr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Writing process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Little planning, revising, or editing shown.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steps of the Builder completed.</w:t>
            </w:r>
          </w:p>
        </w:tc>
        <w:tc>
          <w:tcPr>
            <w:tcW w:type="dxa" w:w="2448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Planned, drafted, revised, and edited using the Builder.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Thoughtful revision clearly improved the final paragraph.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